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2D6A6A"/>
        </w:rPr>
        <w:t>Brief strony internetowej</w:t>
      </w:r>
    </w:p>
    <w:p>
      <w:r>
        <w:rPr>
          <w:b/>
        </w:rPr>
        <w:t xml:space="preserve">Wypełnij przed pierwszą rozmową z wykonawcą. </w:t>
      </w:r>
      <w:r>
        <w:t>Pisz krótko i konkretnie — pół strony prawdziwych odpowiedzi jest warte więcej niż pięć stron ogólników. Nie znasz odpowiedzi? Zostaw puste pole: to też jest informacja. Ten sam brief możesz wysłać kilku wykonawcom — wtedy ich oferty da się porównać.</w:t>
      </w:r>
    </w:p>
    <w:p>
      <w:pPr>
        <w:pStyle w:val="Heading2"/>
      </w:pPr>
      <w:r>
        <w:rPr>
          <w:color w:val="2D6A6A"/>
        </w:rPr>
        <w:t>1. O firmie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Nazwa firmy / imię i nazwisko</w:t>
            </w:r>
          </w:p>
        </w:tc>
        <w:tc>
          <w:tcPr>
            <w:tcW w:type="dxa" w:w="5953"/>
          </w:tcPr>
          <w:p/>
        </w:tc>
      </w:tr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Branża i czym się zajmujesz (2–3 zdania)</w:t>
            </w:r>
          </w:p>
        </w:tc>
        <w:tc>
          <w:tcPr>
            <w:tcW w:type="dxa" w:w="5953"/>
          </w:tcPr>
          <w:p/>
        </w:tc>
      </w:tr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Obszar działania (miasto, region, cała Polska)</w:t>
            </w:r>
          </w:p>
        </w:tc>
        <w:tc>
          <w:tcPr>
            <w:tcW w:type="dxa" w:w="5953"/>
          </w:tcPr>
          <w:p/>
        </w:tc>
      </w:tr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Adres obecnej strony (jeśli istnieje)</w:t>
            </w:r>
          </w:p>
        </w:tc>
        <w:tc>
          <w:tcPr>
            <w:tcW w:type="dxa" w:w="5953"/>
          </w:tcPr>
          <w:p/>
        </w:tc>
      </w:tr>
    </w:tbl>
    <w:p/>
    <w:p>
      <w:pPr>
        <w:pStyle w:val="Heading2"/>
      </w:pPr>
      <w:r>
        <w:rPr>
          <w:color w:val="2D6A6A"/>
        </w:rPr>
        <w:t>2. Cel strony</w:t>
      </w:r>
    </w:p>
    <w:p>
      <w:r>
        <w:rPr>
          <w:i/>
          <w:color w:val="666666"/>
          <w:sz w:val="18"/>
        </w:rPr>
        <w:t>Zaznacz JEDEN cel główny. Każdy cel to inny zakres prac i inna cena.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Cel główny: ☐ zapytania przez formularz  ☐ sprzedaż (sklep)  ☐ portfolio  ☐ wizytówka</w:t>
            </w:r>
          </w:p>
        </w:tc>
        <w:tc>
          <w:tcPr>
            <w:tcW w:type="dxa" w:w="5953"/>
          </w:tcPr>
          <w:p/>
        </w:tc>
      </w:tr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Co odwiedzający ma zrobić na stronie (zadzwonić, napisać, zarezerwować, kupić)?</w:t>
            </w:r>
          </w:p>
        </w:tc>
        <w:tc>
          <w:tcPr>
            <w:tcW w:type="dxa" w:w="5953"/>
          </w:tcPr>
          <w:p/>
        </w:tc>
      </w:tr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Skąd dziś biorą się Twoi klienci?</w:t>
            </w:r>
          </w:p>
        </w:tc>
        <w:tc>
          <w:tcPr>
            <w:tcW w:type="dxa" w:w="5953"/>
          </w:tcPr>
          <w:p/>
        </w:tc>
      </w:tr>
    </w:tbl>
    <w:p/>
    <w:p>
      <w:pPr>
        <w:pStyle w:val="Heading2"/>
      </w:pPr>
      <w:r>
        <w:rPr>
          <w:color w:val="2D6A6A"/>
        </w:rPr>
        <w:t>3. Klient docelowy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Kto jest Twoim idealnym klientem (wiek, sytuacja, problem)?</w:t>
            </w:r>
          </w:p>
        </w:tc>
        <w:tc>
          <w:tcPr>
            <w:tcW w:type="dxa" w:w="5953"/>
          </w:tcPr>
          <w:p/>
        </w:tc>
      </w:tr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O co klienci pytają najczęściej, zanim zamówią?</w:t>
            </w:r>
          </w:p>
        </w:tc>
        <w:tc>
          <w:tcPr>
            <w:tcW w:type="dxa" w:w="5953"/>
          </w:tcPr>
          <w:p/>
        </w:tc>
      </w:tr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2–3 firmy konkurencyjne — co u nich jest dobre, a co słabe?</w:t>
            </w:r>
          </w:p>
        </w:tc>
        <w:tc>
          <w:tcPr>
            <w:tcW w:type="dxa" w:w="5953"/>
          </w:tcPr>
          <w:p/>
        </w:tc>
      </w:tr>
    </w:tbl>
    <w:p/>
    <w:p>
      <w:pPr>
        <w:pStyle w:val="Heading2"/>
      </w:pPr>
      <w:r>
        <w:rPr>
          <w:color w:val="2D6A6A"/>
        </w:rPr>
        <w:t>4. Podstrony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Lista podstron</w:t>
            </w:r>
          </w:p>
        </w:tc>
        <w:tc>
          <w:tcPr>
            <w:tcW w:type="dxa" w:w="5953"/>
          </w:tcPr>
          <w:p/>
        </w:tc>
      </w:tr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Która podstrona jest najważniejsza?</w:t>
            </w:r>
          </w:p>
        </w:tc>
        <w:tc>
          <w:tcPr>
            <w:tcW w:type="dxa" w:w="5953"/>
          </w:tcPr>
          <w:p/>
        </w:tc>
      </w:tr>
    </w:tbl>
    <w:p/>
    <w:p>
      <w:pPr>
        <w:pStyle w:val="Heading2"/>
      </w:pPr>
      <w:r>
        <w:rPr>
          <w:color w:val="2D6A6A"/>
        </w:rPr>
        <w:t>5. Funkcje</w:t>
      </w:r>
    </w:p>
    <w:p>
      <w:r>
        <w:rPr>
          <w:i/>
          <w:color w:val="666666"/>
          <w:sz w:val="18"/>
        </w:rPr>
        <w:t>Najczęstsze: formularz kontaktowy, blog z panelem do edycji, galeria, rezerwacje online, sklep, newsletter, wersja językowa, integracja z Booksy / CRM / systemem rezerwacji. Nie znasz nazwy funkcji? Opisz, co ma się dziać — np. „klientki same zapisują się na wizytę”.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  <w:color w:val="2D6A6A"/>
              </w:rPr>
              <w:t>Musi być na start</w:t>
            </w:r>
          </w:p>
        </w:tc>
        <w:tc>
          <w:tcPr>
            <w:tcW w:type="dxa" w:w="4819"/>
          </w:tcPr>
          <w:p>
            <w:r>
              <w:rPr>
                <w:b/>
                <w:color w:val="2D6A6A"/>
              </w:rPr>
              <w:t>Może poczekać</w:t>
            </w:r>
          </w:p>
        </w:tc>
      </w:tr>
      <w:tr>
        <w:trPr>
          <w:trHeight w:val="510" w:hRule="atLeast"/>
        </w:trPr>
        <w:tc>
          <w:tcPr>
            <w:tcW w:type="dxa" w:w="4819"/>
          </w:tcPr>
          <w:p/>
        </w:tc>
        <w:tc>
          <w:tcPr>
            <w:tcW w:type="dxa" w:w="4819"/>
          </w:tcPr>
          <w:p/>
        </w:tc>
      </w:tr>
      <w:tr>
        <w:trPr>
          <w:trHeight w:val="510" w:hRule="atLeast"/>
        </w:trPr>
        <w:tc>
          <w:tcPr>
            <w:tcW w:type="dxa" w:w="4819"/>
          </w:tcPr>
          <w:p/>
        </w:tc>
        <w:tc>
          <w:tcPr>
            <w:tcW w:type="dxa" w:w="4819"/>
          </w:tcPr>
          <w:p/>
        </w:tc>
      </w:tr>
      <w:tr>
        <w:trPr>
          <w:trHeight w:val="510" w:hRule="atLeast"/>
        </w:trPr>
        <w:tc>
          <w:tcPr>
            <w:tcW w:type="dxa" w:w="4819"/>
          </w:tcPr>
          <w:p/>
        </w:tc>
        <w:tc>
          <w:tcPr>
            <w:tcW w:type="dxa" w:w="4819"/>
          </w:tcPr>
          <w:p/>
        </w:tc>
      </w:tr>
      <w:tr>
        <w:trPr>
          <w:trHeight w:val="510" w:hRule="atLeast"/>
        </w:trPr>
        <w:tc>
          <w:tcPr>
            <w:tcW w:type="dxa" w:w="4819"/>
          </w:tcPr>
          <w:p/>
        </w:tc>
        <w:tc>
          <w:tcPr>
            <w:tcW w:type="dxa" w:w="4819"/>
          </w:tcPr>
          <w:p/>
        </w:tc>
      </w:tr>
      <w:tr>
        <w:trPr>
          <w:trHeight w:val="510" w:hRule="atLeast"/>
        </w:trPr>
        <w:tc>
          <w:tcPr>
            <w:tcW w:type="dxa" w:w="4819"/>
          </w:tcPr>
          <w:p/>
        </w:tc>
        <w:tc>
          <w:tcPr>
            <w:tcW w:type="dxa" w:w="4819"/>
          </w:tcPr>
          <w:p/>
        </w:tc>
      </w:tr>
    </w:tbl>
    <w:p/>
    <w:p>
      <w:pPr>
        <w:pStyle w:val="Heading2"/>
      </w:pPr>
      <w:r>
        <w:rPr>
          <w:color w:val="2D6A6A"/>
        </w:rPr>
        <w:t>6. Wygląd i styl</w:t>
      </w:r>
    </w:p>
    <w:p>
      <w:r>
        <w:rPr>
          <w:i/>
          <w:color w:val="666666"/>
          <w:sz w:val="18"/>
        </w:rPr>
        <w:t>Przy każdej inspiracji dopisz jedno zdanie: DLACZEGO Ci się podoba.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Logo: ☐ mam (w formacie SVG / AI / PDF)  ☐ mam tylko JPG/PNG  ☐ nie mam</w:t>
            </w:r>
          </w:p>
        </w:tc>
        <w:tc>
          <w:tcPr>
            <w:tcW w:type="dxa" w:w="5953"/>
          </w:tcPr>
          <w:p/>
        </w:tc>
      </w:tr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Kolory firmowe</w:t>
            </w:r>
          </w:p>
        </w:tc>
        <w:tc>
          <w:tcPr>
            <w:tcW w:type="dxa" w:w="5953"/>
          </w:tcPr>
          <w:p/>
        </w:tc>
      </w:tr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Strony, które Ci się podobają (link + dlaczego)</w:t>
            </w:r>
          </w:p>
        </w:tc>
        <w:tc>
          <w:tcPr>
            <w:tcW w:type="dxa" w:w="5953"/>
          </w:tcPr>
          <w:p/>
        </w:tc>
      </w:tr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Czego NIE chcesz na stronie</w:t>
            </w:r>
          </w:p>
        </w:tc>
        <w:tc>
          <w:tcPr>
            <w:tcW w:type="dxa" w:w="5953"/>
          </w:tcPr>
          <w:p/>
        </w:tc>
      </w:tr>
    </w:tbl>
    <w:p/>
    <w:p>
      <w:pPr>
        <w:pStyle w:val="Heading2"/>
      </w:pPr>
      <w:r>
        <w:rPr>
          <w:color w:val="2D6A6A"/>
        </w:rPr>
        <w:t>7. Budżet i termin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Budżet (widełki, zł netto)</w:t>
            </w:r>
          </w:p>
        </w:tc>
        <w:tc>
          <w:tcPr>
            <w:tcW w:type="dxa" w:w="5953"/>
          </w:tcPr>
          <w:p/>
        </w:tc>
      </w:tr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Termin uruchomienia — i czy wynika z czegoś konkretnego (sezon, targi, otwarcie)?</w:t>
            </w:r>
          </w:p>
        </w:tc>
        <w:tc>
          <w:tcPr>
            <w:tcW w:type="dxa" w:w="5953"/>
          </w:tcPr>
          <w:p/>
        </w:tc>
      </w:tr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Kto zatwierdza projekt po Twojej stronie?</w:t>
            </w:r>
          </w:p>
        </w:tc>
        <w:tc>
          <w:tcPr>
            <w:tcW w:type="dxa" w:w="5953"/>
          </w:tcPr>
          <w:p/>
        </w:tc>
      </w:tr>
    </w:tbl>
    <w:p/>
    <w:p>
      <w:pPr>
        <w:pStyle w:val="Heading2"/>
      </w:pPr>
      <w:r>
        <w:rPr>
          <w:color w:val="2D6A6A"/>
        </w:rPr>
        <w:t>8. Materiały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Teksty: ☐ gotowe  ☐ napiszę sam, potrzebuję redakcji  ☐ potrzebuję copywritera</w:t>
            </w:r>
          </w:p>
        </w:tc>
        <w:tc>
          <w:tcPr>
            <w:tcW w:type="dxa" w:w="5953"/>
          </w:tcPr>
          <w:p/>
        </w:tc>
      </w:tr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Zdjęcia: ☐ własne, profesjonalne  ☐ własne, amatorskie  ☐ brak</w:t>
            </w:r>
          </w:p>
        </w:tc>
        <w:tc>
          <w:tcPr>
            <w:tcW w:type="dxa" w:w="5953"/>
          </w:tcPr>
          <w:p/>
        </w:tc>
      </w:tr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Opinie klientów (skąd, ile)</w:t>
            </w:r>
          </w:p>
        </w:tc>
        <w:tc>
          <w:tcPr>
            <w:tcW w:type="dxa" w:w="5953"/>
          </w:tcPr>
          <w:p/>
        </w:tc>
      </w:tr>
    </w:tbl>
    <w:p/>
    <w:p>
      <w:pPr>
        <w:pStyle w:val="Heading2"/>
      </w:pPr>
      <w:r>
        <w:rPr>
          <w:color w:val="2D6A6A"/>
        </w:rPr>
        <w:t>9. Sprawy techniczne</w:t>
      </w:r>
    </w:p>
    <w:p>
      <w:r>
        <w:rPr>
          <w:i/>
          <w:color w:val="666666"/>
          <w:sz w:val="18"/>
        </w:rPr>
        <w:t>Ta sekcja najczęściej wstrzymuje start projektu — warto sprawdzić ją przed rozmową.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Domena: adres, na kogo jest zarejestrowana, czy masz login do panelu?</w:t>
            </w:r>
          </w:p>
        </w:tc>
        <w:tc>
          <w:tcPr>
            <w:tcW w:type="dxa" w:w="5953"/>
          </w:tcPr>
          <w:p/>
        </w:tc>
      </w:tr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Poczta w firmowej domenie (np. biuro@twojafirma.pl): tak / nie, u kogo?</w:t>
            </w:r>
          </w:p>
        </w:tc>
        <w:tc>
          <w:tcPr>
            <w:tcW w:type="dxa" w:w="5953"/>
          </w:tcPr>
          <w:p/>
        </w:tc>
      </w:tr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Obecna strona: ile ma podstron i czy przychodzą z niej klienci z Google?</w:t>
            </w:r>
          </w:p>
        </w:tc>
        <w:tc>
          <w:tcPr>
            <w:tcW w:type="dxa" w:w="5953"/>
          </w:tcPr>
          <w:p/>
        </w:tc>
      </w:tr>
      <w:tr>
        <w:trPr>
          <w:trHeight w:val="737" w:hRule="atLeast"/>
        </w:trPr>
        <w:tc>
          <w:tcPr>
            <w:tcW w:type="dxa" w:w="3685"/>
          </w:tcPr>
          <w:p>
            <w:r>
              <w:rPr>
                <w:b/>
                <w:sz w:val="19"/>
              </w:rPr>
              <w:t>Kto będzie zmieniał treści po wdrożeniu i jak często?</w:t>
            </w:r>
          </w:p>
        </w:tc>
        <w:tc>
          <w:tcPr>
            <w:tcW w:type="dxa" w:w="5953"/>
          </w:tcPr>
          <w:p/>
        </w:tc>
      </w:tr>
    </w:tbl>
    <w:p/>
    <w:p>
      <w:r>
        <w:rPr>
          <w:b/>
        </w:rPr>
        <w:t xml:space="preserve">Gotowe? </w:t>
      </w:r>
      <w:r>
        <w:t>Dołącz ten plik do pierwszej wiadomości do wykonawcy. Porządna odpowiedź powinna odnieść się do Twoich punktów jeden po drugim i pokazać, co z nich wynika dla zakresu i ceny.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Szablon: draminskiweb.pl/blog/brief-na-strone-internetowa-szablon · bezpłatny, możesz go wysłać do dowolnego wykonawcy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strony internetowej — szablon</dc:title>
  <dc:subject/>
  <dc:creator>Łukasz Dramiński — draminskiweb.pl</dc:creator>
  <cp:keywords/>
  <dc:description>https://draminskiweb.pl/blog/brief-na-strone-internetowa-szablon</dc:description>
  <cp:lastModifiedBy>Łukasz Dramiński — draminskiweb.pl</cp:lastModifiedBy>
  <cp:revision>1</cp:revision>
  <dcterms:created xsi:type="dcterms:W3CDTF">2026-09-11T08:00:00Z</dcterms:created>
  <dcterms:modified xsi:type="dcterms:W3CDTF">2026-09-11T08:00:00Z</dcterms:modified>
  <cp:category/>
</cp:coreProperties>
</file>